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F6" w:rsidRPr="001D74A8" w:rsidRDefault="000C3411" w:rsidP="001D74A8">
      <w:pPr>
        <w:spacing w:after="0" w:line="240" w:lineRule="auto"/>
        <w:jc w:val="both"/>
        <w:rPr>
          <w:lang w:val="sr-Cyrl-RS"/>
        </w:rPr>
      </w:pPr>
      <w:bookmarkStart w:id="0" w:name="_GoBack"/>
      <w:bookmarkEnd w:id="0"/>
      <w:r>
        <w:t xml:space="preserve">Упознат/а сам са одредбом члана 103. став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 w:rsidR="001D74A8">
        <w:rPr>
          <w:lang w:val="sr-Cyrl-RS"/>
        </w:rPr>
        <w:t xml:space="preserve"> </w:t>
      </w:r>
      <w:r w:rsidR="001D74A8">
        <w:t>(</w:t>
      </w:r>
      <w:r w:rsidR="001D74A8">
        <w:rPr>
          <w:lang w:val="sr-Cyrl-RS"/>
        </w:rPr>
        <w:t>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РС“, </w:t>
      </w:r>
      <w:proofErr w:type="spellStart"/>
      <w:r>
        <w:t>број</w:t>
      </w:r>
      <w:proofErr w:type="spellEnd"/>
      <w:r>
        <w:t xml:space="preserve"> 18/</w:t>
      </w:r>
      <w:r w:rsidR="001D74A8">
        <w:rPr>
          <w:lang w:val="sr-Cyrl-RS"/>
        </w:rPr>
        <w:t>20</w:t>
      </w:r>
      <w:r>
        <w:t xml:space="preserve">16, 95/2018 – аутентично тумачење и 2/2023 – одлука УС),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странка изричито изјави да ће те податке прибавити сама. </w:t>
      </w:r>
      <w:proofErr w:type="gramStart"/>
      <w:r>
        <w:t xml:space="preserve">Ако странка у року не поднесе личне податке неопходне за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t>неуредним</w:t>
      </w:r>
      <w:proofErr w:type="spellEnd"/>
      <w:r>
        <w:t>.</w:t>
      </w:r>
      <w:proofErr w:type="gramEnd"/>
    </w:p>
    <w:p w:rsidR="00F472F6" w:rsidRDefault="000C3411" w:rsidP="001D74A8">
      <w:pPr>
        <w:spacing w:after="0" w:line="240" w:lineRule="auto"/>
        <w:jc w:val="both"/>
        <w:rPr>
          <w:lang w:val="sr-Cyrl-RS"/>
        </w:rPr>
      </w:pPr>
      <w:proofErr w:type="spellStart"/>
      <w:r>
        <w:t>Поступак</w:t>
      </w:r>
      <w:proofErr w:type="spellEnd"/>
      <w:r>
        <w:t xml:space="preserve"> </w:t>
      </w:r>
      <w:proofErr w:type="spellStart"/>
      <w:r>
        <w:t>покрећем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учествовања</w:t>
      </w:r>
      <w:proofErr w:type="spellEnd"/>
      <w:r>
        <w:t xml:space="preserve"> на Јавном конкурсу за постављење Општинско</w:t>
      </w:r>
      <w:r w:rsidR="001D74A8">
        <w:t xml:space="preserve">г правобраниоца општине </w:t>
      </w:r>
      <w:r w:rsidR="001D74A8">
        <w:rPr>
          <w:lang w:val="sr-Cyrl-RS"/>
        </w:rPr>
        <w:t>Блаце</w:t>
      </w:r>
      <w:r>
        <w:t xml:space="preserve"> и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поводом</w:t>
      </w:r>
      <w:proofErr w:type="spellEnd"/>
      <w:r>
        <w:t xml:space="preserve"> </w:t>
      </w:r>
      <w:proofErr w:type="spellStart"/>
      <w:r>
        <w:t>дајем</w:t>
      </w:r>
      <w:proofErr w:type="spellEnd"/>
      <w:r>
        <w:t xml:space="preserve"> </w:t>
      </w:r>
      <w:proofErr w:type="spellStart"/>
      <w:r>
        <w:t>следећу</w:t>
      </w:r>
      <w:proofErr w:type="spellEnd"/>
      <w:r w:rsidR="001D74A8">
        <w:rPr>
          <w:lang w:val="sr-Cyrl-RS"/>
        </w:rPr>
        <w:t>:</w:t>
      </w:r>
    </w:p>
    <w:p w:rsidR="001D74A8" w:rsidRPr="001D74A8" w:rsidRDefault="001D74A8" w:rsidP="001D74A8">
      <w:pPr>
        <w:spacing w:after="0" w:line="240" w:lineRule="auto"/>
        <w:rPr>
          <w:lang w:val="sr-Cyrl-RS"/>
        </w:rPr>
      </w:pPr>
    </w:p>
    <w:p w:rsidR="001D74A8" w:rsidRDefault="001D74A8" w:rsidP="001D74A8">
      <w:pPr>
        <w:spacing w:after="0" w:line="240" w:lineRule="auto"/>
        <w:jc w:val="center"/>
        <w:rPr>
          <w:lang w:val="sr-Cyrl-RS"/>
        </w:rPr>
      </w:pPr>
    </w:p>
    <w:p w:rsidR="00F472F6" w:rsidRDefault="000C3411" w:rsidP="001D74A8">
      <w:pPr>
        <w:spacing w:after="0" w:line="240" w:lineRule="auto"/>
        <w:jc w:val="center"/>
        <w:rPr>
          <w:lang w:val="sr-Cyrl-RS"/>
        </w:rPr>
      </w:pPr>
      <w:r>
        <w:t>И З Ј А В У</w:t>
      </w:r>
    </w:p>
    <w:p w:rsidR="001D74A8" w:rsidRPr="001D74A8" w:rsidRDefault="001D74A8" w:rsidP="001D74A8">
      <w:pPr>
        <w:spacing w:after="0" w:line="240" w:lineRule="auto"/>
        <w:jc w:val="center"/>
        <w:rPr>
          <w:lang w:val="sr-Cyrl-RS"/>
        </w:rPr>
      </w:pPr>
    </w:p>
    <w:p w:rsidR="00F472F6" w:rsidRDefault="000C3411" w:rsidP="001D74A8">
      <w:pPr>
        <w:spacing w:after="0" w:line="240" w:lineRule="auto"/>
        <w:jc w:val="both"/>
        <w:rPr>
          <w:lang w:val="sr-Cyrl-RS"/>
        </w:rPr>
      </w:pPr>
      <w:proofErr w:type="gramStart"/>
      <w:r>
        <w:t xml:space="preserve">I  </w:t>
      </w:r>
      <w:proofErr w:type="spellStart"/>
      <w:r>
        <w:t>Сагласан</w:t>
      </w:r>
      <w:proofErr w:type="spellEnd"/>
      <w:proofErr w:type="gram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Општинска</w:t>
      </w:r>
      <w:proofErr w:type="spellEnd"/>
      <w:r>
        <w:t xml:space="preserve"> </w:t>
      </w:r>
      <w:proofErr w:type="spellStart"/>
      <w:r>
        <w:t>у</w:t>
      </w:r>
      <w:r w:rsidR="001D74A8">
        <w:t>права</w:t>
      </w:r>
      <w:proofErr w:type="spellEnd"/>
      <w:r w:rsidR="001D74A8">
        <w:t xml:space="preserve"> </w:t>
      </w:r>
      <w:proofErr w:type="spellStart"/>
      <w:r w:rsidR="001D74A8">
        <w:t>општине</w:t>
      </w:r>
      <w:proofErr w:type="spellEnd"/>
      <w:r w:rsidR="001D74A8">
        <w:t xml:space="preserve"> </w:t>
      </w:r>
      <w:r w:rsidR="001D74A8">
        <w:rPr>
          <w:lang w:val="sr-Cyrl-RS"/>
        </w:rPr>
        <w:t>Блаце,</w:t>
      </w:r>
      <w:r>
        <w:t xml:space="preserve"> за потребе поступка може извршити увид, прибавити и обрадити личне податке о чињеницама о којима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:rsidR="001D74A8" w:rsidRPr="001D74A8" w:rsidRDefault="001D74A8" w:rsidP="001D74A8">
      <w:pPr>
        <w:spacing w:after="0" w:line="240" w:lineRule="auto"/>
        <w:rPr>
          <w:lang w:val="sr-Cyrl-RS"/>
        </w:rPr>
      </w:pPr>
    </w:p>
    <w:p w:rsidR="00F472F6" w:rsidRDefault="000C3411" w:rsidP="001D74A8">
      <w:pPr>
        <w:spacing w:after="0" w:line="240" w:lineRule="auto"/>
        <w:jc w:val="both"/>
        <w:rPr>
          <w:lang w:val="sr-Cyrl-RS"/>
        </w:rPr>
      </w:pPr>
      <w:proofErr w:type="gramStart"/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заштити података о личности, мој ЈМБГ се може користити искључиво у </w:t>
      </w:r>
      <w:proofErr w:type="spellStart"/>
      <w:r>
        <w:t>сврху</w:t>
      </w:r>
      <w:proofErr w:type="spellEnd"/>
      <w:r>
        <w:t xml:space="preserve"> </w:t>
      </w:r>
      <w:proofErr w:type="spellStart"/>
      <w:r>
        <w:t>прикупљања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неопходних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учествовање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>.</w:t>
      </w:r>
      <w:proofErr w:type="gramEnd"/>
    </w:p>
    <w:p w:rsidR="001D74A8" w:rsidRPr="001D74A8" w:rsidRDefault="001D74A8" w:rsidP="001D74A8">
      <w:pPr>
        <w:spacing w:after="0" w:line="240" w:lineRule="auto"/>
        <w:rPr>
          <w:lang w:val="sr-Cyrl-RS"/>
        </w:rPr>
      </w:pPr>
    </w:p>
    <w:p w:rsidR="00F472F6" w:rsidRDefault="000C3411" w:rsidP="001D74A8">
      <w:pPr>
        <w:spacing w:after="0" w:line="240" w:lineRule="auto"/>
      </w:pPr>
      <w:r>
        <w:t>________________________</w:t>
      </w:r>
    </w:p>
    <w:p w:rsidR="00F472F6" w:rsidRDefault="000C3411" w:rsidP="001D74A8">
      <w:pPr>
        <w:spacing w:after="0" w:line="240" w:lineRule="auto"/>
        <w:rPr>
          <w:lang w:val="sr-Cyrl-RS"/>
        </w:rPr>
      </w:pPr>
      <w:r>
        <w:t>(ЈМБГ кандидата)</w:t>
      </w:r>
    </w:p>
    <w:p w:rsidR="001D74A8" w:rsidRPr="001D74A8" w:rsidRDefault="001D74A8" w:rsidP="001D74A8">
      <w:pPr>
        <w:spacing w:after="0" w:line="240" w:lineRule="auto"/>
        <w:rPr>
          <w:lang w:val="sr-Cyrl-RS"/>
        </w:rPr>
      </w:pPr>
    </w:p>
    <w:p w:rsidR="00F472F6" w:rsidRDefault="000C3411" w:rsidP="001D74A8">
      <w:pPr>
        <w:spacing w:after="0" w:line="240" w:lineRule="auto"/>
      </w:pPr>
      <w:r>
        <w:t xml:space="preserve">________________________                     </w:t>
      </w:r>
      <w:r w:rsidR="001D74A8">
        <w:rPr>
          <w:lang w:val="sr-Cyrl-RS"/>
        </w:rPr>
        <w:tab/>
      </w:r>
      <w:r w:rsidR="001D74A8">
        <w:rPr>
          <w:lang w:val="sr-Cyrl-RS"/>
        </w:rPr>
        <w:tab/>
      </w:r>
      <w:r>
        <w:t>________________________</w:t>
      </w:r>
    </w:p>
    <w:p w:rsidR="00F472F6" w:rsidRDefault="000C3411" w:rsidP="001D74A8">
      <w:pPr>
        <w:spacing w:after="0" w:line="240" w:lineRule="auto"/>
      </w:pPr>
      <w:r>
        <w:t>(</w:t>
      </w:r>
      <w:proofErr w:type="spellStart"/>
      <w:proofErr w:type="gramStart"/>
      <w:r>
        <w:t>место</w:t>
      </w:r>
      <w:proofErr w:type="spellEnd"/>
      <w:proofErr w:type="gramEnd"/>
      <w:r>
        <w:t xml:space="preserve"> и </w:t>
      </w:r>
      <w:proofErr w:type="spellStart"/>
      <w:r>
        <w:t>датум</w:t>
      </w:r>
      <w:proofErr w:type="spellEnd"/>
      <w:r>
        <w:t xml:space="preserve">)                             </w:t>
      </w:r>
      <w:r w:rsidR="001D74A8">
        <w:rPr>
          <w:lang w:val="sr-Cyrl-RS"/>
        </w:rPr>
        <w:tab/>
      </w:r>
      <w:r w:rsidR="001D74A8">
        <w:rPr>
          <w:lang w:val="sr-Cyrl-RS"/>
        </w:rPr>
        <w:tab/>
      </w:r>
      <w:r w:rsidR="001D74A8">
        <w:rPr>
          <w:lang w:val="sr-Cyrl-RS"/>
        </w:rPr>
        <w:tab/>
      </w:r>
      <w:r>
        <w:t>(</w:t>
      </w:r>
      <w:proofErr w:type="spellStart"/>
      <w:proofErr w:type="gramStart"/>
      <w:r>
        <w:t>потпис</w:t>
      </w:r>
      <w:proofErr w:type="spellEnd"/>
      <w:proofErr w:type="gramEnd"/>
      <w:r>
        <w:t xml:space="preserve"> </w:t>
      </w:r>
      <w:proofErr w:type="spellStart"/>
      <w:r>
        <w:t>даваоца</w:t>
      </w:r>
      <w:proofErr w:type="spellEnd"/>
      <w:r>
        <w:t xml:space="preserve"> </w:t>
      </w:r>
      <w:proofErr w:type="spellStart"/>
      <w:r>
        <w:t>изјаве</w:t>
      </w:r>
      <w:proofErr w:type="spellEnd"/>
      <w:r>
        <w:t>)</w:t>
      </w:r>
    </w:p>
    <w:p w:rsidR="00F472F6" w:rsidRDefault="00F472F6" w:rsidP="001D74A8">
      <w:pPr>
        <w:spacing w:after="0" w:line="240" w:lineRule="auto"/>
      </w:pPr>
    </w:p>
    <w:p w:rsidR="001D74A8" w:rsidRDefault="001D74A8" w:rsidP="001D74A8">
      <w:pPr>
        <w:spacing w:after="0" w:line="240" w:lineRule="auto"/>
        <w:jc w:val="both"/>
        <w:rPr>
          <w:lang w:val="sr-Cyrl-RS"/>
        </w:rPr>
      </w:pPr>
    </w:p>
    <w:p w:rsidR="00F472F6" w:rsidRDefault="000C3411" w:rsidP="001D74A8">
      <w:pPr>
        <w:spacing w:after="0" w:line="240" w:lineRule="auto"/>
        <w:jc w:val="both"/>
        <w:rPr>
          <w:lang w:val="sr-Cyrl-RS"/>
        </w:rPr>
      </w:pPr>
      <w:proofErr w:type="gramStart"/>
      <w:r>
        <w:t xml:space="preserve">II  </w:t>
      </w:r>
      <w:proofErr w:type="spellStart"/>
      <w:r>
        <w:t>Иако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</w:t>
      </w:r>
      <w:r w:rsidR="001D74A8">
        <w:t>пштинска</w:t>
      </w:r>
      <w:proofErr w:type="spellEnd"/>
      <w:r w:rsidR="001D74A8">
        <w:t xml:space="preserve"> </w:t>
      </w:r>
      <w:proofErr w:type="spellStart"/>
      <w:r w:rsidR="001D74A8">
        <w:t>управа</w:t>
      </w:r>
      <w:proofErr w:type="spellEnd"/>
      <w:r w:rsidR="001D74A8">
        <w:t xml:space="preserve"> </w:t>
      </w:r>
      <w:proofErr w:type="spellStart"/>
      <w:r w:rsidR="001D74A8">
        <w:t>општине</w:t>
      </w:r>
      <w:proofErr w:type="spellEnd"/>
      <w:r w:rsidR="001D74A8">
        <w:t xml:space="preserve"> </w:t>
      </w:r>
      <w:r w:rsidR="001D74A8">
        <w:rPr>
          <w:lang w:val="sr-Cyrl-RS"/>
        </w:rPr>
        <w:t>Блаце</w:t>
      </w:r>
      <w:r>
        <w:t xml:space="preserve">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прибави</w:t>
      </w:r>
      <w:proofErr w:type="spellEnd"/>
      <w:r>
        <w:t xml:space="preserve"> и </w:t>
      </w:r>
      <w:proofErr w:type="spellStart"/>
      <w:r>
        <w:t>обради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, </w:t>
      </w:r>
      <w:proofErr w:type="spellStart"/>
      <w:r>
        <w:t>изјављујем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ћу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/а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и </w:t>
      </w:r>
      <w:proofErr w:type="spellStart"/>
      <w:r>
        <w:t>доставити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>:</w:t>
      </w:r>
    </w:p>
    <w:p w:rsidR="001D74A8" w:rsidRPr="001D74A8" w:rsidRDefault="001D74A8" w:rsidP="001D74A8">
      <w:pPr>
        <w:spacing w:after="0" w:line="240" w:lineRule="auto"/>
        <w:rPr>
          <w:lang w:val="sr-Cyrl-RS"/>
        </w:rPr>
      </w:pPr>
    </w:p>
    <w:p w:rsidR="00F472F6" w:rsidRDefault="000C3411" w:rsidP="001D74A8">
      <w:pPr>
        <w:spacing w:after="0" w:line="240" w:lineRule="auto"/>
      </w:pPr>
      <w:r>
        <w:t xml:space="preserve">1. </w:t>
      </w:r>
      <w:proofErr w:type="gramStart"/>
      <w:r>
        <w:t>оригинал</w:t>
      </w:r>
      <w:proofErr w:type="gramEnd"/>
      <w:r>
        <w:t xml:space="preserve"> или оверену фотокопију уверења о држављанству;</w:t>
      </w:r>
    </w:p>
    <w:p w:rsidR="001D74A8" w:rsidRDefault="001D74A8" w:rsidP="001D74A8">
      <w:pPr>
        <w:spacing w:after="0" w:line="240" w:lineRule="auto"/>
        <w:rPr>
          <w:lang w:val="sr-Cyrl-RS"/>
        </w:rPr>
      </w:pPr>
    </w:p>
    <w:p w:rsidR="00F472F6" w:rsidRDefault="000C3411" w:rsidP="001D74A8">
      <w:pPr>
        <w:spacing w:after="0" w:line="240" w:lineRule="auto"/>
        <w:rPr>
          <w:lang w:val="sr-Cyrl-RS"/>
        </w:rPr>
      </w:pPr>
      <w:r>
        <w:t xml:space="preserve">2. </w:t>
      </w:r>
      <w:proofErr w:type="spellStart"/>
      <w:proofErr w:type="gramStart"/>
      <w:r>
        <w:t>оригинал</w:t>
      </w:r>
      <w:proofErr w:type="spellEnd"/>
      <w:proofErr w:type="gram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оверену</w:t>
      </w:r>
      <w:proofErr w:type="spellEnd"/>
      <w:r>
        <w:t xml:space="preserve"> </w:t>
      </w:r>
      <w:proofErr w:type="spellStart"/>
      <w:r>
        <w:t>фотокопију</w:t>
      </w:r>
      <w:proofErr w:type="spellEnd"/>
      <w:r>
        <w:t xml:space="preserve"> </w:t>
      </w:r>
      <w:proofErr w:type="spellStart"/>
      <w:r>
        <w:t>извода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матичне</w:t>
      </w:r>
      <w:proofErr w:type="spellEnd"/>
      <w:r>
        <w:t xml:space="preserve"> </w:t>
      </w:r>
      <w:proofErr w:type="spellStart"/>
      <w:r>
        <w:t>књиге</w:t>
      </w:r>
      <w:proofErr w:type="spellEnd"/>
      <w:r>
        <w:t xml:space="preserve"> </w:t>
      </w:r>
      <w:proofErr w:type="spellStart"/>
      <w:r>
        <w:t>рођених</w:t>
      </w:r>
      <w:proofErr w:type="spellEnd"/>
      <w:r>
        <w:t>.</w:t>
      </w:r>
    </w:p>
    <w:p w:rsidR="001D74A8" w:rsidRPr="001D74A8" w:rsidRDefault="001D74A8" w:rsidP="001D74A8">
      <w:pPr>
        <w:spacing w:after="0" w:line="240" w:lineRule="auto"/>
        <w:rPr>
          <w:lang w:val="sr-Cyrl-RS"/>
        </w:rPr>
      </w:pPr>
    </w:p>
    <w:p w:rsidR="00F472F6" w:rsidRDefault="000C3411" w:rsidP="001D74A8">
      <w:pPr>
        <w:spacing w:after="0" w:line="240" w:lineRule="auto"/>
        <w:jc w:val="both"/>
      </w:pPr>
      <w:proofErr w:type="spellStart"/>
      <w:proofErr w:type="gram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наведене личне податке неопходне за одлучивање органа не поднесем до истека рока за подношење пријава, захтев за покретање поступка ће се сматрати неуредним.</w:t>
      </w:r>
      <w:proofErr w:type="gramEnd"/>
    </w:p>
    <w:p w:rsidR="00F472F6" w:rsidRDefault="00F472F6" w:rsidP="001D74A8">
      <w:pPr>
        <w:spacing w:after="0" w:line="240" w:lineRule="auto"/>
      </w:pPr>
    </w:p>
    <w:p w:rsidR="00F472F6" w:rsidRDefault="000C3411" w:rsidP="001D74A8">
      <w:pPr>
        <w:spacing w:after="0" w:line="240" w:lineRule="auto"/>
      </w:pPr>
      <w:r>
        <w:t xml:space="preserve">________________________                    </w:t>
      </w:r>
      <w:r w:rsidR="001D74A8">
        <w:rPr>
          <w:lang w:val="sr-Cyrl-RS"/>
        </w:rPr>
        <w:tab/>
      </w:r>
      <w:r w:rsidR="001D74A8">
        <w:rPr>
          <w:lang w:val="sr-Cyrl-RS"/>
        </w:rPr>
        <w:tab/>
      </w:r>
      <w:r>
        <w:t xml:space="preserve"> </w:t>
      </w:r>
      <w:r w:rsidR="001D74A8">
        <w:rPr>
          <w:lang w:val="sr-Cyrl-RS"/>
        </w:rPr>
        <w:tab/>
      </w:r>
      <w:r>
        <w:t>________________________</w:t>
      </w:r>
    </w:p>
    <w:p w:rsidR="00F472F6" w:rsidRDefault="000C3411" w:rsidP="001D74A8">
      <w:pPr>
        <w:spacing w:after="0" w:line="240" w:lineRule="auto"/>
      </w:pPr>
      <w:r>
        <w:t>(</w:t>
      </w:r>
      <w:proofErr w:type="spellStart"/>
      <w:proofErr w:type="gramStart"/>
      <w:r>
        <w:t>место</w:t>
      </w:r>
      <w:proofErr w:type="spellEnd"/>
      <w:proofErr w:type="gramEnd"/>
      <w:r>
        <w:t xml:space="preserve"> и </w:t>
      </w:r>
      <w:proofErr w:type="spellStart"/>
      <w:r>
        <w:t>датум</w:t>
      </w:r>
      <w:proofErr w:type="spellEnd"/>
      <w:r>
        <w:t xml:space="preserve">)                             </w:t>
      </w:r>
      <w:r w:rsidR="001D74A8">
        <w:rPr>
          <w:lang w:val="sr-Cyrl-RS"/>
        </w:rPr>
        <w:tab/>
      </w:r>
      <w:r w:rsidR="001D74A8">
        <w:rPr>
          <w:lang w:val="sr-Cyrl-RS"/>
        </w:rPr>
        <w:tab/>
      </w:r>
      <w:r w:rsidR="001D74A8">
        <w:rPr>
          <w:lang w:val="sr-Cyrl-RS"/>
        </w:rPr>
        <w:tab/>
      </w:r>
      <w:r w:rsidR="001D74A8">
        <w:rPr>
          <w:lang w:val="sr-Cyrl-RS"/>
        </w:rPr>
        <w:tab/>
      </w:r>
      <w:r>
        <w:t>(</w:t>
      </w:r>
      <w:proofErr w:type="spellStart"/>
      <w:proofErr w:type="gramStart"/>
      <w:r>
        <w:t>потпис</w:t>
      </w:r>
      <w:proofErr w:type="spellEnd"/>
      <w:proofErr w:type="gramEnd"/>
      <w:r>
        <w:t xml:space="preserve"> </w:t>
      </w:r>
      <w:proofErr w:type="spellStart"/>
      <w:r>
        <w:t>даваоца</w:t>
      </w:r>
      <w:proofErr w:type="spellEnd"/>
      <w:r>
        <w:t xml:space="preserve"> </w:t>
      </w:r>
      <w:proofErr w:type="spellStart"/>
      <w:r>
        <w:t>изјаве</w:t>
      </w:r>
      <w:proofErr w:type="spellEnd"/>
      <w:r>
        <w:t>)</w:t>
      </w:r>
    </w:p>
    <w:p w:rsidR="00F472F6" w:rsidRDefault="00F472F6"/>
    <w:sectPr w:rsidR="00F472F6" w:rsidSect="001D74A8">
      <w:pgSz w:w="12240" w:h="15840"/>
      <w:pgMar w:top="1440" w:right="126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3411"/>
    <w:rsid w:val="0015074B"/>
    <w:rsid w:val="001D74A8"/>
    <w:rsid w:val="002644B2"/>
    <w:rsid w:val="0029639D"/>
    <w:rsid w:val="00326F90"/>
    <w:rsid w:val="003934F9"/>
    <w:rsid w:val="00AA1D8D"/>
    <w:rsid w:val="00B47730"/>
    <w:rsid w:val="00CB0664"/>
    <w:rsid w:val="00CC1FDF"/>
    <w:rsid w:val="00F472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D9CD49-8F00-4D9C-84CD-648F8BB9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Pedja</cp:lastModifiedBy>
  <cp:revision>2</cp:revision>
  <dcterms:created xsi:type="dcterms:W3CDTF">2026-08-07T08:46:00Z</dcterms:created>
  <dcterms:modified xsi:type="dcterms:W3CDTF">2026-08-07T08:46:00Z</dcterms:modified>
</cp:coreProperties>
</file>